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00" w:after="40"/>
        <w:jc w:val="left"/>
      </w:pPr>
      <w:r>
        <w:rPr>
          <w:rFonts w:ascii="Liberation Sans" w:hAnsi="Liberation Sans"/>
          <w:b/>
          <w:color w:val="151517"/>
          <w:sz w:val="32"/>
        </w:rPr>
        <w:t>ZGODA OPIEKUNA NA WYKORZYSTANIE WIZERUNKU</w:t>
      </w:r>
    </w:p>
    <w:p>
      <w:pPr>
        <w:spacing w:after="100"/>
      </w:pPr>
      <w:r>
        <w:rPr>
          <w:rFonts w:ascii="Liberation Sans" w:hAnsi="Liberation Sans"/>
          <w:i/>
          <w:color w:val="5D5D63"/>
          <w:sz w:val="18"/>
        </w:rPr>
        <w:t>Formularz dla rodzica lub opiekuna osoby niepełnoletniej</w:t>
      </w:r>
    </w:p>
    <w:p>
      <w:pPr>
        <w:spacing w:before="40" w:after="60"/>
      </w:pPr>
      <w:r>
        <w:rPr>
          <w:rFonts w:ascii="Liberation Sans" w:hAnsi="Liberation Sans"/>
          <w:b/>
          <w:sz w:val="18"/>
        </w:rPr>
        <w:t xml:space="preserve">Imię i nazwisko rodzica/opiekuna: </w:t>
      </w:r>
      <w:r>
        <w:rPr>
          <w:rFonts w:ascii="Liberation Sans" w:hAnsi="Liberation Sans"/>
          <w:color w:val="77777D"/>
          <w:sz w:val="18"/>
        </w:rPr>
        <w:t>················································</w:t>
      </w:r>
    </w:p>
    <w:p>
      <w:pPr>
        <w:spacing w:before="40" w:after="60"/>
      </w:pPr>
      <w:r>
        <w:rPr>
          <w:rFonts w:ascii="Liberation Sans" w:hAnsi="Liberation Sans"/>
          <w:b/>
          <w:sz w:val="18"/>
        </w:rPr>
        <w:t xml:space="preserve">Imię i nazwisko osoby niepełnoletniej: </w:t>
      </w:r>
      <w:r>
        <w:rPr>
          <w:rFonts w:ascii="Liberation Sans" w:hAnsi="Liberation Sans"/>
          <w:color w:val="77777D"/>
          <w:sz w:val="18"/>
        </w:rPr>
        <w:t>···········································</w:t>
      </w:r>
    </w:p>
    <w:p>
      <w:pPr>
        <w:spacing w:after="60" w:line="250" w:lineRule="auto"/>
      </w:pPr>
      <w:r>
        <w:rPr>
          <w:rFonts w:ascii="Liberation Sans" w:hAnsi="Liberation Sans"/>
          <w:sz w:val="18"/>
        </w:rPr>
        <w:t>Oświadczam, że jestem osobą uprawnioną do udzielenia poniższego zezwolenia w imieniu wskazanej osoby niepełnoletniej.</w:t>
      </w:r>
    </w:p>
    <w:p>
      <w:pPr>
        <w:keepNext/>
        <w:spacing w:before="100" w:after="40"/>
      </w:pPr>
      <w:r>
        <w:rPr>
          <w:rFonts w:ascii="Liberation Sans" w:hAnsi="Liberation Sans"/>
          <w:b/>
          <w:color w:val="D61A37"/>
          <w:sz w:val="18"/>
        </w:rPr>
        <w:t>OŚWIADCZENIE</w:t>
      </w:r>
    </w:p>
    <w:p>
      <w:pPr>
        <w:spacing w:after="60" w:line="250" w:lineRule="auto"/>
      </w:pPr>
      <w:r>
        <w:rPr>
          <w:rFonts w:ascii="Liberation Sans" w:hAnsi="Liberation Sans"/>
          <w:sz w:val="18"/>
        </w:rPr>
        <w:t>Udzielam Stowarzyszeniu „Projekt Kobieta” z siedzibą przy ul. Warmińskiej 18, 11-200 Bartoszyce zezwolenia na nieodpłatne utrwalanie i rozpowszechnianie wizerunku wskazanej wyżej osoby niepełnoletniej, na podstawie art. 81 ustawy o prawie autorskim i prawach pokrewnych, w zakresie wskazanym poniżej.</w:t>
      </w:r>
    </w:p>
    <w:p>
      <w:pPr>
        <w:spacing w:after="60" w:line="250" w:lineRule="auto"/>
      </w:pPr>
      <w:r>
        <w:rPr>
          <w:rFonts w:ascii="Liberation Sans" w:hAnsi="Liberation Sans"/>
          <w:sz w:val="18"/>
        </w:rPr>
        <w:t>Zezwolenie obejmuje zdjęcia i nagrania wykonane podczas wydarzeń, warsztatów, prób, spotkań i działań organizowanych lub współorganizowanych przez Stowarzyszenie oraz ich wykorzystanie w celu dokumentowania, informowania o działalności, promocji i edukacji związanej z działalnością statutową.</w:t>
      </w:r>
    </w:p>
    <w:p>
      <w:pPr>
        <w:spacing w:after="60" w:line="250" w:lineRule="auto"/>
      </w:pPr>
      <w:r>
        <w:rPr>
          <w:rFonts w:ascii="Liberation Sans" w:hAnsi="Liberation Sans"/>
          <w:sz w:val="18"/>
        </w:rPr>
        <w:t>Materiały mogą być publikowane w szczególności na stronie internetowej Stowarzyszenia, w jego profilach w mediach społecznościowych, w serwisach wideo, materiałach projektowych, wydawnictwach, publikacjach prasowych, prezentacjach i materiałach promocyjnych.</w:t>
      </w:r>
    </w:p>
    <w:p>
      <w:pPr>
        <w:spacing w:after="60" w:line="250" w:lineRule="auto"/>
      </w:pPr>
      <w:r>
        <w:rPr>
          <w:rFonts w:ascii="Liberation Sans" w:hAnsi="Liberation Sans"/>
          <w:sz w:val="18"/>
        </w:rPr>
        <w:t>Dopuszczam techniczne opracowanie materiału, w tym kadrowanie, zmianę rozmiaru i korektę kolorystyczną, pod warunkiem że sposób wykorzystania nie narusza dóbr osobistych osoby niepełnoletniej ani nie przedstawia jej w kontekście obraźliwym, dyskryminującym lub wprowadzającym w błąd.</w:t>
      </w:r>
    </w:p>
    <w:p>
      <w:pPr>
        <w:keepNext/>
        <w:spacing w:before="100" w:after="40"/>
      </w:pPr>
      <w:r>
        <w:rPr>
          <w:rFonts w:ascii="Liberation Sans" w:hAnsi="Liberation Sans"/>
          <w:b/>
          <w:color w:val="D61A37"/>
          <w:sz w:val="18"/>
        </w:rPr>
        <w:t>DANE OSOBOWE I DOBROWOLNOŚĆ</w:t>
      </w:r>
    </w:p>
    <w:p>
      <w:pPr>
        <w:spacing w:after="60" w:line="250" w:lineRule="auto"/>
      </w:pPr>
      <w:r>
        <w:rPr>
          <w:rFonts w:ascii="Liberation Sans" w:hAnsi="Liberation Sans"/>
          <w:sz w:val="18"/>
        </w:rPr>
        <w:t>Wyrażam zgodę na przetwarzanie wizerunku osoby niepełnoletniej oraz - jeżeli materiał ma być podpisany - jej imienia i nazwiska, w powyższych celach, na podstawie art. 6 ust. 1 lit. a RODO.</w:t>
      </w:r>
    </w:p>
    <w:p>
      <w:pPr>
        <w:spacing w:after="60" w:line="250" w:lineRule="auto"/>
      </w:pPr>
      <w:r>
        <w:rPr>
          <w:rFonts w:ascii="Liberation Sans" w:hAnsi="Liberation Sans"/>
          <w:sz w:val="18"/>
        </w:rPr>
        <w:t>Zgoda jest dobrowolna i może zostać wycofana w dowolnym momencie poprzez wiadomość na kontakt@projektkobieta.org. Wycofanie zgody nie wpływa na zgodność z prawem wykorzystania materiałów dokonanego przed jej wycofaniem.</w:t>
      </w:r>
    </w:p>
    <w:p>
      <w:pPr>
        <w:keepNext/>
        <w:spacing w:before="100" w:after="40"/>
      </w:pPr>
      <w:r>
        <w:rPr>
          <w:rFonts w:ascii="Liberation Sans" w:hAnsi="Liberation Sans"/>
          <w:b/>
          <w:color w:val="D61A37"/>
          <w:sz w:val="18"/>
        </w:rPr>
        <w:t>INFORMACJA O ADMINISTRATORZE</w:t>
      </w:r>
    </w:p>
    <w:p>
      <w:pPr>
        <w:spacing w:after="60" w:line="250" w:lineRule="auto"/>
      </w:pPr>
      <w:r>
        <w:rPr>
          <w:rFonts w:ascii="Liberation Sans" w:hAnsi="Liberation Sans"/>
          <w:sz w:val="18"/>
        </w:rPr>
        <w:t>Administratorem danych jest Stowarzyszenie „Projekt Kobieta”, ul. Warmińska 18, 11-200 Bartoszyce, e-mail: kontakt@projektkobieta.org. Szczegółowe informacje znajdują się w Polityce prywatności i RODO: projektkobieta.org/polityka-prywatnosci/.</w:t>
      </w:r>
    </w:p>
    <w:p>
      <w:pPr>
        <w:spacing w:before="40" w:after="60"/>
      </w:pPr>
      <w:r>
        <w:rPr>
          <w:rFonts w:ascii="Liberation Sans" w:hAnsi="Liberation Sans"/>
          <w:b/>
          <w:sz w:val="18"/>
        </w:rPr>
        <w:t xml:space="preserve">Miejscowość i data: </w:t>
      </w:r>
      <w:r>
        <w:rPr>
          <w:rFonts w:ascii="Liberation Sans" w:hAnsi="Liberation Sans"/>
          <w:color w:val="77777D"/>
          <w:sz w:val="18"/>
        </w:rPr>
        <w:t>························································</w:t>
      </w:r>
    </w:p>
    <w:p>
      <w:pPr>
        <w:spacing w:before="40" w:after="60"/>
      </w:pPr>
      <w:r>
        <w:rPr>
          <w:rFonts w:ascii="Liberation Sans" w:hAnsi="Liberation Sans"/>
          <w:b/>
          <w:sz w:val="18"/>
        </w:rPr>
        <w:t xml:space="preserve">Czytelny podpis rodzica/opiekuna: </w:t>
      </w:r>
      <w:r>
        <w:rPr>
          <w:rFonts w:ascii="Liberation Sans" w:hAnsi="Liberation Sans"/>
          <w:color w:val="77777D"/>
          <w:sz w:val="18"/>
        </w:rPr>
        <w:t>··············································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65" w:right="879" w:bottom="709" w:left="879" w:header="283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/>
        <w:color w:val="5D5D63"/>
        <w:sz w:val="15"/>
      </w:rPr>
      <w:t>kontakt@projektkobieta.org  •  projektkobieta.org  •  wersja 26.08.2026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left"/>
      <w:tblLook w:firstColumn="1" w:firstRow="1" w:lastColumn="0" w:lastRow="0" w:noHBand="0" w:noVBand="1" w:val="04A0"/>
    </w:tblPr>
    <w:tblGrid>
      <w:gridCol w:w="4252"/>
      <w:gridCol w:w="5896"/>
    </w:tblGrid>
    <w:tr>
      <w:tc>
        <w:tcPr>
          <w:tcW w:type="dxa" w:w="4252"/>
          <w:vAlign w:val="center"/>
          <w:tcBorders>
            <w:bottom w:val="single" w:sz="12" w:color="D61A37"/>
          </w:tcBorders>
        </w:tcPr>
        <w:p>
          <w:pPr>
            <w:spacing w:after="0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620000" cy="103517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projekt-kobieta-logo-print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0000" cy="103517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896"/>
          <w:vAlign w:val="center"/>
          <w:tcBorders>
            <w:bottom w:val="single" w:sz="12" w:color="D61A37"/>
          </w:tcBorders>
        </w:tcPr>
        <w:p>
          <w:pPr>
            <w:spacing w:after="0"/>
            <w:jc w:val="right"/>
          </w:pPr>
          <w:r>
            <w:rPr>
              <w:rFonts w:ascii="Liberation Sans" w:hAnsi="Liberation Sans"/>
              <w:b/>
              <w:color w:val="151517"/>
              <w:sz w:val="16"/>
            </w:rPr>
            <w:t>STOWARZYSZENIE „PROJEKT KOBIETA”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Liberation San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